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מהי מורשת – שורש י־ר־ש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מהשורש י־ר־ש ולהבין את 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מורשת ומה ההבדל בינה לבין ירושה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נטיות ולשון רבים של מילים מהשורש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מילים מהשורש י־ר־ש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ירושה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להוריש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יורשים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בדיוק המשמעות של המילה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לרשת גם סיפורים, מנהגים וערכים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ההגדרה של יורש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להוריש גם דברים לא חומריים כמו 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מהשורש י־ר־ש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ירושה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להוריש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יורשת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(דבר שעובר מאדם לאדם, בדרך כלל מההורים לילדים)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(ערכים, מנהגים ותרבות שעוברים מדור לדור)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(מי שמקבל ירושה, זכר)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(מי שמקבלת ירושה, נקבה)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(להעביר משהו לדור הבא)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בלשון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יורשות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ירושות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מנהגים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שימוש נכון במושג ירושה או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המסבירה בחירה הגיונית וקשורה למושג מורשת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ירושה היא בעיקר חפץ או רכוש; מורשת כוללת גם ערכים ומנהגים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תקינה מהשורש כמו יורשים, להוריש וכו'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סבירה הקשורה למנהג, סיפור או ערך משפחתי או לאומי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מנהג משפחתי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על תשובות חלק הפתיחה (mc) יחד בכיתה לפני המעבר להשלמה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האישית אפשר לעודד שיתוף קצר בעל 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מהי מורשת – שורש י־ר־ש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מורשת היא כל מה שעובר אלינו מהדורות הקודמים – מנהגים, סיפורים, שפה וערכים. בדף זה נתרגל מילים מהשורש י־ר־ש ואת המושג מורשת.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מילים מהשורש י־ר־ש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מהמילים שייכת לשורש י־ר־ש?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מהמילים שייכת לשורש י־ר־ש?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מהמילים שייכת לשורש י־ר־ש?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להוריד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לרדת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להוריש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מהמילים שייכת לשורש י־ר־ש?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יורדים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יורשים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ירחים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מורשת עוברת מדור לדור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ירושה היא תמיד כסף או רכוש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יורש הוא מי שמקבל משהו מהדור הקודם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להוריש שיר או ניגון לדור הבא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מהשורש י־ר־ש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דינה קיבלה __________ מסבתה: תכשיט ישן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השפה העברית היא __________ של כל העם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גם אני רוצה __________ לילדיי את אהבת הספרים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הנסיך הוא ה__________ של המלך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הנסיכה היא ה__________ של המלכה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ירושה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להעביר משהו לדור הבא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 שמקבל ירושה, זכר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 שמקבלת ירושה, נקבה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דבר שעובר מאדם לאדם, בדרך כלל מההורים לילדים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להוריש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ערכים, מנהגים ותרבות שעוברים מדור לדור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בלשון 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יורש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יורשת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ירושה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מנהג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דור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על משהו שקיבלתם מהמשפחה שלכם – מנהג, סיפור, מתכון או חפץ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הייתם רוצים להוריש לדורות הבאים? הסבירו בשתי שורות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ירושה למורשת?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נוספת מהשורש י־ר־ש שלא הופיעה בדף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למורשת שאתם מכירים מהמשפחה או מהעם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מהי מורשת – שורש י־ר־ש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