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שורש י־ר־ש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מהשורש י־ר־ש ולהבין 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ומה ההבדל בינה לבין ירושה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נטיות ולשון רבים של מילים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מילים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המשמעות של המילה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לרשת גם סיפורים, מנהגים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ההגדרה של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להוריש גם דברים לא חומריים כמו 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שעובר מאדם לאדם, בדרך כלל מההורים לילדים)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(ערכים, מנהגים ותרבות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 שמקבל ירושה,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 שמקבלת ירושה,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(להעביר משהו לדור הבא)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בלשון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שימוש נכון במושג ירושה או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המסבירה בחירה הגיונית וקשורה למושג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היא בעיקר חפץ או רכוש; מורשת כוללת גם ערכים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תקינה מהשורש כמו יורשים, להוריש וכו'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הקשורה למנהג, סיפור או ערך משפחתי או 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מנהג משפחתי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תשובות חלק הפתיחה (mc) יחד בכיתה לפני המעבר להשלמה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לעודד שיתוף קצר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שורש י־ר־ש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זה דברים שאנחנו מקבלים מהסבא והסבתא, מהדור הקודם. נלמד מילים חדשות מהשורש י־ר־ש.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– מנהגים, סיפורים, ערכים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שעובר מאדם לאדם, בדרך כלל מההורים לילדים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ירושה, זכר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שמקבלת ירושה,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להוריש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להעביר משהו לדור הבא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באותה תקופה, כמו הורים וילדים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שחוזרת במשפחה או בעם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קשורה למילה ירש?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קשורה למילה ירש?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קשורה למילה ירש?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להוריד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קשורה למילה ירש?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עוברת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ירושה היא תמיד כסף או רכוש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יורש הוא מי שמקבל משהו מהדור הקודם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להוריש שיר או ניגון לדור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דינה קיבלה __________ מסבתה: תכשיט ישן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השפה העברית היא __________ של כל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גם אני רוצה __________ לילדיי את אהבת הספרים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הנסיך הוא ה__________ של המלך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הנסיכה היא ה__________ של המלכה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ערכים, מנהגים ותרבות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שמקבלת ירושה,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להעביר משהו לדור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שעובר מאדם לאדם, בדרך כלל מההורים לילדים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להוריש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שמקבל ירושה, זכר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בלשון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יורש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יורשת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ירושה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מנהג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דור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משהו שקיבלתם מהמשפחה שלכם – מנהג, סיפור, מתכון או חפץ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רוצים להוריש לדורות הבאים? הסבירו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נוספת מהשורש י־ר־ש שלא הופיעה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שאתם מכירים מהמשפחה או מהעם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– שורש י־ר־ש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