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שורש י־ר־ש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מהשורש י־ר־ש ולהבין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ההבדל בינה לבין ירושה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נטיות ולשון רבים של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המשמעות של המילה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ההגדרה של יורש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שעובר מאדם לאדם, בדרך כלל מההורים לילדים)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שמקבל ירושה,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(להעביר משהו לדור הבא)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בלשון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שימוש נכון במושג ירושה או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היא בעיקר חפץ או רכוש; מורשת כוללת גם ערכים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תקינה מהשורש כמו יורשים, להוריש וכו'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הקשורה למנהג, סיפור או ערך משפחתי או 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מנהג משפחתי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תשובות חלק הפתיחה (mc) יחד בכיתה לפני המעבר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לעודד שיתוף קצר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שורש י־ר־ש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מורשת היא כל מה שעובר אלינו מהדורות הקודמים – מנהגים, סיפורים, שפה וערכים. בדף זה נתרגל מילים מהשורש י־ר־ש ואת המושג מורשת.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ירושה  ·  מורשת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שייכת לשורש י־ר־ש?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שייכת לשורש י־ר־ש?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עוברת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יורש הוא מי שמקבל משהו מהדור הקודם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דינה קיבלה __________ מסבתה: תכשיט 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השפה העברית היא __________ של כל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להעביר משהו לדור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שעובר מאדם לאדם, בדרך כלל מההורים לילדים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להוריש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שמקבל ירושה, 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יורש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יורשת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משהו שקיבלתם מהמשפחה שלכם – מנהג, סיפור, מתכון או חפץ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נוספת מהשורש י־ר־ש שלא הופיעה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שורש י־ר־ש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